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SimSun"/>
          <w:b w:val="0"/>
          <w:color w:val="1F2326"/>
          <w:sz w:val="52"/>
        </w:rPr>
        <w:t>主编文集章节模板</w:t>
      </w:r>
    </w:p>
    <w:p>
      <w:pPr>
        <w:spacing w:after="400"/>
        <w:jc w:val="center"/>
      </w:pPr>
      <w:r>
        <w:rPr>
          <w:rFonts w:ascii="Consolas" w:hAnsi="Consolas" w:eastAsia="Microsoft YaHei"/>
          <w:color w:val="375A6B"/>
          <w:sz w:val="21"/>
        </w:rPr>
        <w:t>官方模板 · v1.0（2026）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Microsoft YaHei"/>
          <w:b/>
          <w:color w:val="5C6368"/>
          <w:sz w:val="20"/>
        </w:rPr>
        <w:t>模板信息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Microsoft Word（.docx）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版本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v1.0（2026）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一般篇幅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6,000–9,000 字（以具体征稿启事为准）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引用格式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PSG 作者-出版年格式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提交语言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英文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Microsoft YaHei"/>
          <w:color w:val="5C6368"/>
          <w:sz w:val="22"/>
        </w:rPr>
        <w:t>本模板用于在章节提案通过研究院相关主编文集征稿启事评审后，撰写并提交正式章节。具体字数要求及格式规范请以该文集的编辑指南为准；本模板体现研究院的通用格式规范。</w:t>
      </w:r>
    </w:p>
    <w:p>
      <w:pPr>
        <w:spacing w:before="120" w:after="80"/>
      </w:pPr>
      <w:r>
        <w:rPr>
          <w:rFonts w:ascii="Georgia" w:hAnsi="Georgia" w:eastAsia="SimSun"/>
          <w:b w:val="0"/>
          <w:color w:val="1F2326"/>
          <w:sz w:val="34"/>
        </w:rPr>
        <w:t>模板结构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封面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章节标题、文集标题、作者及所属机构、字数统计。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［章节标题］</w:t>
              <w:br/>
              <w:t>收录于：［文集标题］</w:t>
              <w:br/>
              <w:t>［作者、所属机构］</w:t>
              <w:br/>
              <w:t>［字数］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摘要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150–200 字。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 150–200 字摘要，概述本章节的论点及其对文集的贡献。］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关键词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4–6 个关键词，以逗号分隔。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［关键词一、关键词二、关键词三、关键词四］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一、引言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将本章节置于文集主题与范围之中加以定位。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［请介绍本章节主题，并说明其与文集整体主题及范围的关联。］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二至 N、正文各节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论点、证据与分析；具体节次结构由作者在文集编辑指南范围内自行设定。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［请填写章节正文：论点、证据与分析，可根据本章节内容自行划分节次。］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结论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总结本章节对文集的贡献。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［请总结本章节的主要贡献及其对文集整体的意义。］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参考文献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采用 PSG 作者-出版年格式（详见引用指南）。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［请填写完整参考文献列表，采用 PSG 作者-出版年格式。］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作者简介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每位作者简介 75–100 字。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［请填写每位作者 75–100 字的简介，包括现任职机构及相关专长。］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编辑说明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除征稿启事另有说明外，章节篇幅一般为 6,000–9,000 字。请在征稿启事所列截止日期前，将完成的章节提交至该文集主编。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YaHei"/>
              <w:color w:val="8A9196"/>
              <w:sz w:val="17"/>
            </w:rPr>
            <w:t>全景研究院  ·  research.panorama-sg.com  ·  官方模板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7"/>
            </w:rPr>
            <w:t xml:space="preserve">填写说明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8"/>
            </w:rPr>
            <w:t>官方模板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